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477" w:rsidRDefault="00400217">
      <w:pPr>
        <w:pStyle w:val="KonuBal"/>
      </w:pPr>
      <w:r>
        <w:t>EGE SAĞLIK VAKFI BURS BAŞVURU FORMU</w:t>
      </w:r>
    </w:p>
    <w:p w:rsidR="00BE2477" w:rsidRDefault="00400217">
      <w:pPr>
        <w:spacing w:after="160"/>
        <w:rPr>
          <w:rFonts w:hint="eastAsia"/>
        </w:rPr>
      </w:pPr>
      <w:r>
        <w:t>Başvuru sahibi, aşağıdaki bilgileri okunaklı ve eksiksiz doldurmalıdır. Gelir ve gider tutarlarını aylık Türk lirası olarak belirtiniz.</w:t>
      </w:r>
    </w:p>
    <w:p w:rsidR="00BE2477" w:rsidRDefault="00400217">
      <w:pPr>
        <w:pStyle w:val="Balk1"/>
      </w:pPr>
      <w:r>
        <w:t>Başvuru dilekçesi</w:t>
      </w:r>
    </w:p>
    <w:p w:rsidR="00BE2477" w:rsidRDefault="00400217">
      <w:pPr>
        <w:rPr>
          <w:rFonts w:hint="eastAsia"/>
        </w:rPr>
      </w:pPr>
      <w:r>
        <w:t>Ege Sağlık Vakfı Yönetim Kurulu Başkanlığına</w:t>
      </w:r>
      <w:r>
        <w:br/>
        <w:t xml:space="preserve">Vakfınızın </w:t>
      </w:r>
      <w:r>
        <w:t>yükseköğrenim öğrencilerine verdiği burstan yararlanmak istiyorum. Başvurumun değerlendirilmesini saygılarımla arz ederim.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Başvuru tarihi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…… / …… / 20……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Adı soyadı ve imza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</w:tbl>
    <w:p w:rsidR="00BE2477" w:rsidRDefault="00BE2477">
      <w:pPr>
        <w:spacing w:after="0"/>
        <w:rPr>
          <w:rFonts w:hint="eastAsia"/>
        </w:rPr>
      </w:pPr>
    </w:p>
    <w:p w:rsidR="00BE2477" w:rsidRDefault="00400217">
      <w:pPr>
        <w:pStyle w:val="Balk1"/>
      </w:pPr>
      <w:r>
        <w:t>Öğrenci bilgileri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T.C. kimlik numarası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Doğum yeri ve tarihi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</w:t>
            </w:r>
            <w:r>
              <w:t>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Anne adı / Baba adı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Okul ve bölüm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Telefon / E-posta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</w:tbl>
    <w:p w:rsidR="00BE2477" w:rsidRDefault="00BE2477">
      <w:pPr>
        <w:spacing w:after="0"/>
        <w:rPr>
          <w:rFonts w:hint="eastAsia"/>
        </w:rPr>
      </w:pPr>
    </w:p>
    <w:p w:rsidR="00BE2477" w:rsidRDefault="00400217">
      <w:pPr>
        <w:pStyle w:val="Balk1"/>
      </w:pPr>
      <w:r>
        <w:t>Aile ve barınma bilgileri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</w:rPr>
              <w:t>Aile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durumu</w:t>
            </w:r>
            <w:proofErr w:type="spellEnd"/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Anne ve baba birlikte   ☐ Anne ve</w:t>
            </w:r>
            <w:r>
              <w:t>fat   ☐ Baba vefat   ☐ Ayrı</w:t>
            </w:r>
            <w:r>
              <w:br/>
              <w:t>☐ Şehit / gazi yakını   ☐ Diğer: 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Öğrencinin ikamet durumu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Aile yanında   ☐ Kirada   ☐ Özel yurtta   ☐ Devlet yurdunda</w:t>
            </w:r>
            <w:r>
              <w:br/>
              <w:t>☐ Diğer: .........................................................</w:t>
            </w:r>
            <w:r>
              <w:t>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 xml:space="preserve">Baba </w:t>
            </w:r>
            <w:proofErr w:type="spellStart"/>
            <w:r>
              <w:rPr>
                <w:b/>
              </w:rPr>
              <w:t>mesleği</w:t>
            </w:r>
            <w:proofErr w:type="spellEnd"/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 xml:space="preserve">Anne </w:t>
            </w:r>
            <w:proofErr w:type="spellStart"/>
            <w:r>
              <w:rPr>
                <w:b/>
              </w:rPr>
              <w:t>mesleği</w:t>
            </w:r>
            <w:proofErr w:type="spellEnd"/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 xml:space="preserve">Ailenin </w:t>
            </w:r>
            <w:proofErr w:type="spellStart"/>
            <w:r>
              <w:rPr>
                <w:b/>
              </w:rPr>
              <w:t>yaklaşık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toplam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aylık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geliri</w:t>
            </w:r>
            <w:proofErr w:type="spellEnd"/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 TL</w:t>
            </w:r>
          </w:p>
        </w:tc>
      </w:tr>
      <w:tr w:rsidR="00820561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0561" w:rsidRDefault="00820561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Ailenin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aylık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kira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geliri</w:t>
            </w:r>
            <w:proofErr w:type="spellEnd"/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0561" w:rsidRDefault="00820561">
            <w:pPr>
              <w:spacing w:after="0"/>
            </w:pPr>
            <w:r>
              <w:t>...................................</w:t>
            </w:r>
            <w:r>
              <w:t xml:space="preserve">............. TL   ☐ Kira </w:t>
            </w:r>
            <w:proofErr w:type="spellStart"/>
            <w:r>
              <w:t>geliri</w:t>
            </w:r>
            <w:proofErr w:type="spellEnd"/>
            <w:r>
              <w:t xml:space="preserve"> yok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</w:rPr>
              <w:t>Ailenin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aylık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kira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gideri</w:t>
            </w:r>
            <w:proofErr w:type="spellEnd"/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 TL   ☐ Kira gideri yok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Öğrenci dışında okuyan kardeş sayısı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Öğrenci dışındaki</w:t>
            </w:r>
            <w:r>
              <w:rPr>
                <w:b/>
              </w:rPr>
              <w:t xml:space="preserve"> aile fert sayısı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</w:t>
            </w:r>
            <w:bookmarkStart w:id="0" w:name="_GoBack"/>
            <w:bookmarkEnd w:id="0"/>
          </w:p>
        </w:tc>
      </w:tr>
    </w:tbl>
    <w:p w:rsidR="00BE2477" w:rsidRDefault="00BE2477">
      <w:pPr>
        <w:spacing w:after="0"/>
        <w:rPr>
          <w:rFonts w:hint="eastAsia"/>
        </w:rPr>
      </w:pPr>
    </w:p>
    <w:p w:rsidR="00BE2477" w:rsidRDefault="00400217">
      <w:pPr>
        <w:rPr>
          <w:rFonts w:hint="eastAsia"/>
        </w:rPr>
      </w:pPr>
      <w:r>
        <w:br w:type="page"/>
      </w:r>
    </w:p>
    <w:p w:rsidR="00BE2477" w:rsidRDefault="00400217">
      <w:pPr>
        <w:pStyle w:val="Balk1"/>
      </w:pPr>
      <w:r>
        <w:lastRenderedPageBreak/>
        <w:t>Öğrenim durumu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Sınıfı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Alttan dersi var mı?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Evet   ☐ Hayır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Varsa alttan kalan ders sayısı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</w:t>
            </w:r>
          </w:p>
        </w:tc>
      </w:tr>
    </w:tbl>
    <w:p w:rsidR="00BE2477" w:rsidRDefault="00BE2477">
      <w:pPr>
        <w:spacing w:after="0"/>
        <w:rPr>
          <w:rFonts w:hint="eastAsia"/>
        </w:rPr>
      </w:pPr>
    </w:p>
    <w:p w:rsidR="00BE2477" w:rsidRDefault="00400217">
      <w:pPr>
        <w:pStyle w:val="Balk1"/>
      </w:pPr>
      <w:r>
        <w:t>Diğer burs bilgileri</w:t>
      </w:r>
    </w:p>
    <w:p w:rsidR="00BE2477" w:rsidRDefault="00400217">
      <w:pPr>
        <w:rPr>
          <w:rFonts w:hint="eastAsia"/>
        </w:rPr>
      </w:pPr>
      <w:r>
        <w:t>KYK dışında başka bir kurum, vakıf, dernek veya kişiden burs alıyor musunuz?  ☐ Evet   ☐ Hayır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Burs veren kurum veya kişi 1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 xml:space="preserve">..........................................   Aylık tutar: </w:t>
            </w:r>
            <w:r>
              <w:t>.................... TL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Burs veren kurum veya kişi 2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   Aylık tutar: .................... TL</w:t>
            </w:r>
          </w:p>
        </w:tc>
      </w:tr>
    </w:tbl>
    <w:p w:rsidR="00BE2477" w:rsidRDefault="00BE2477">
      <w:pPr>
        <w:spacing w:after="0"/>
        <w:rPr>
          <w:rFonts w:hint="eastAsia"/>
        </w:rPr>
      </w:pPr>
    </w:p>
    <w:p w:rsidR="00BE2477" w:rsidRDefault="00400217">
      <w:pPr>
        <w:pStyle w:val="Balk1"/>
      </w:pPr>
      <w:r>
        <w:t>Açıklamak istedikleriniz</w:t>
      </w:r>
    </w:p>
    <w:p w:rsidR="00BE2477" w:rsidRDefault="00400217">
      <w:pPr>
        <w:rPr>
          <w:rFonts w:hint="eastAsia"/>
        </w:rPr>
      </w:pPr>
      <w:r>
        <w:t>.............................................................................................</w:t>
      </w:r>
      <w:r>
        <w:t>.................................................................</w:t>
      </w:r>
    </w:p>
    <w:p w:rsidR="00BE2477" w:rsidRDefault="00400217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</w:t>
      </w:r>
    </w:p>
    <w:p w:rsidR="00BE2477" w:rsidRDefault="00400217">
      <w:pPr>
        <w:rPr>
          <w:rFonts w:hint="eastAsia"/>
        </w:rPr>
      </w:pPr>
      <w:r>
        <w:t>...............................</w:t>
      </w:r>
      <w:r>
        <w:t>...............................................................................................................................</w:t>
      </w:r>
    </w:p>
    <w:p w:rsidR="00BE2477" w:rsidRDefault="00400217">
      <w:pPr>
        <w:rPr>
          <w:rFonts w:hint="eastAsia"/>
        </w:rPr>
      </w:pPr>
      <w:r>
        <w:t>................................................................................................................................</w:t>
      </w:r>
      <w:r>
        <w:t>..............................</w:t>
      </w:r>
    </w:p>
    <w:p w:rsidR="00BE2477" w:rsidRDefault="00400217">
      <w:pPr>
        <w:pStyle w:val="Balk1"/>
      </w:pPr>
      <w:r>
        <w:t>Beyan ve taahhüt</w:t>
      </w:r>
    </w:p>
    <w:p w:rsidR="00BE2477" w:rsidRDefault="00400217">
      <w:pPr>
        <w:spacing w:after="140"/>
        <w:rPr>
          <w:rFonts w:hint="eastAsia"/>
        </w:rPr>
      </w:pPr>
      <w:r>
        <w:t xml:space="preserve">Bu formda verdiğim bilgilerin eksiksiz ve doğru olduğunu; aksinin tespiti hâlinde doğabilecek hukuki, idari ve cezai sorumlulukları kabul ettiğimi, yanlış veya yanıltıcı bilgi vermem durumunda bursumun </w:t>
      </w:r>
      <w:r>
        <w:t>kesilebileceğini ve ödenen tutarların yasal yollarla geri alınabileceğini beyan ve taahhüt ederim.</w:t>
      </w:r>
    </w:p>
    <w:p w:rsidR="00BE2477" w:rsidRDefault="00400217">
      <w:pPr>
        <w:spacing w:after="240"/>
        <w:rPr>
          <w:rFonts w:hint="eastAsia"/>
        </w:rPr>
      </w:pPr>
      <w:r>
        <w:t>Ege Sağlık Vakfının bursu sonlandırma yetkisi bulunduğunu ve bir kez burs verilmesinin bursun sonraki dönemlerde de devam edeceği anlamına gelmediğini peşine</w:t>
      </w:r>
      <w:r>
        <w:t>n kabul ederim.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T.C. kimlik numarası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Telefon numarası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</w:t>
            </w:r>
            <w:r>
              <w:t>.....................................................</w:t>
            </w:r>
          </w:p>
        </w:tc>
      </w:tr>
      <w:tr w:rsidR="00BE2477">
        <w:tc>
          <w:tcPr>
            <w:tcW w:w="3600" w:type="dxa"/>
            <w:shd w:val="clear" w:color="auto" w:fill="F1F4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Tarih ve imza</w:t>
            </w:r>
          </w:p>
        </w:tc>
        <w:tc>
          <w:tcPr>
            <w:tcW w:w="61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E2477" w:rsidRDefault="00400217">
            <w:pPr>
              <w:spacing w:after="0"/>
              <w:rPr>
                <w:rFonts w:hint="eastAsia"/>
              </w:rPr>
            </w:pPr>
            <w:r>
              <w:t>................................................................................</w:t>
            </w:r>
          </w:p>
        </w:tc>
      </w:tr>
    </w:tbl>
    <w:p w:rsidR="00BE2477" w:rsidRDefault="00BE2477">
      <w:pPr>
        <w:spacing w:after="0"/>
        <w:rPr>
          <w:rFonts w:hint="eastAsia"/>
        </w:rPr>
      </w:pPr>
    </w:p>
    <w:sectPr w:rsidR="00BE2477" w:rsidSect="00034616">
      <w:footerReference w:type="default" r:id="rId8"/>
      <w:pgSz w:w="11952" w:h="16848"/>
      <w:pgMar w:top="979" w:right="1037" w:bottom="893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217" w:rsidRDefault="004002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00217" w:rsidRDefault="004002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477" w:rsidRDefault="00400217">
    <w:pPr>
      <w:pStyle w:val="AltBilgi"/>
      <w:jc w:val="center"/>
      <w:rPr>
        <w:rFonts w:hint="eastAsia"/>
      </w:rPr>
    </w:pPr>
    <w:r>
      <w:rPr>
        <w:sz w:val="16"/>
      </w:rPr>
      <w:t xml:space="preserve">Ege Sağlık Vakfı  |  Burs Başvuru </w:t>
    </w:r>
    <w:r>
      <w:rPr>
        <w:sz w:val="16"/>
      </w:rPr>
      <w:t>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217" w:rsidRDefault="004002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00217" w:rsidRDefault="004002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0217"/>
    <w:rsid w:val="00820561"/>
    <w:rsid w:val="00AA1D8D"/>
    <w:rsid w:val="00B47730"/>
    <w:rsid w:val="00BE24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AC6ED"/>
  <w14:defaultImageDpi w14:val="300"/>
  <w15:docId w15:val="{35A488EC-E69E-4F62-A52C-3C3909DC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10D981-90C7-4B70-AED6-BFB0ED77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PC-2</cp:lastModifiedBy>
  <cp:revision>2</cp:revision>
  <dcterms:created xsi:type="dcterms:W3CDTF">2013-12-23T23:15:00Z</dcterms:created>
  <dcterms:modified xsi:type="dcterms:W3CDTF">2026-09-24T13:39:00Z</dcterms:modified>
  <cp:category/>
</cp:coreProperties>
</file>